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5D94" w14:textId="3976F9F3" w:rsidR="006B40E9" w:rsidRDefault="006B40E9" w:rsidP="00E06190">
      <w:pPr>
        <w:spacing w:after="0"/>
        <w:ind w:left="850"/>
      </w:pPr>
    </w:p>
    <w:p w14:paraId="2EA1A2AC" w14:textId="77777777" w:rsidR="00E06190" w:rsidRDefault="00E06190" w:rsidP="00E06190">
      <w:pPr>
        <w:spacing w:after="0"/>
        <w:ind w:left="850"/>
      </w:pPr>
    </w:p>
    <w:p w14:paraId="008974AD" w14:textId="77777777" w:rsidR="00E06190" w:rsidRDefault="00E06190" w:rsidP="00E06190">
      <w:pPr>
        <w:spacing w:after="0"/>
        <w:ind w:left="850"/>
      </w:pPr>
    </w:p>
    <w:p w14:paraId="0C5001E2" w14:textId="77777777" w:rsidR="00E06190" w:rsidRDefault="00E06190" w:rsidP="00E06190">
      <w:pPr>
        <w:spacing w:after="0"/>
        <w:ind w:left="850"/>
      </w:pPr>
    </w:p>
    <w:p w14:paraId="5FE7CC83" w14:textId="77777777" w:rsidR="00E06190" w:rsidRDefault="00E06190" w:rsidP="00E06190">
      <w:pPr>
        <w:spacing w:after="0"/>
        <w:ind w:left="850"/>
      </w:pPr>
    </w:p>
    <w:p w14:paraId="6E1A025A" w14:textId="77777777" w:rsidR="00E06190" w:rsidRDefault="00E06190" w:rsidP="00E06190">
      <w:pPr>
        <w:spacing w:after="0"/>
        <w:ind w:left="850"/>
      </w:pPr>
    </w:p>
    <w:p w14:paraId="0175DCD9" w14:textId="77777777" w:rsidR="00E06190" w:rsidRDefault="00E06190" w:rsidP="00E06190">
      <w:pPr>
        <w:spacing w:after="0"/>
        <w:ind w:left="850"/>
      </w:pPr>
    </w:p>
    <w:p w14:paraId="7BC093E8" w14:textId="77777777" w:rsidR="00E06190" w:rsidRDefault="00E06190" w:rsidP="00E06190">
      <w:pPr>
        <w:spacing w:after="0"/>
        <w:ind w:left="850"/>
      </w:pPr>
    </w:p>
    <w:p w14:paraId="155EE081" w14:textId="77777777" w:rsidR="00E06190" w:rsidRDefault="00E06190" w:rsidP="00E06190">
      <w:pPr>
        <w:spacing w:after="0"/>
        <w:ind w:left="850"/>
      </w:pPr>
    </w:p>
    <w:p w14:paraId="2A7FBB22" w14:textId="77777777" w:rsidR="00E06190" w:rsidRDefault="00E06190" w:rsidP="00E06190">
      <w:pPr>
        <w:spacing w:after="0"/>
        <w:ind w:left="850"/>
      </w:pPr>
    </w:p>
    <w:p w14:paraId="4665D9F2" w14:textId="77777777" w:rsidR="00E06190" w:rsidRDefault="00E06190" w:rsidP="00E06190">
      <w:pPr>
        <w:spacing w:after="0"/>
        <w:ind w:left="850"/>
      </w:pPr>
    </w:p>
    <w:p w14:paraId="23004452" w14:textId="77777777" w:rsidR="00E06190" w:rsidRDefault="00E06190" w:rsidP="00E06190">
      <w:pPr>
        <w:spacing w:after="0"/>
        <w:ind w:left="850"/>
      </w:pPr>
    </w:p>
    <w:p w14:paraId="17A5AFE1" w14:textId="77777777" w:rsidR="00E06190" w:rsidRDefault="00E06190" w:rsidP="00E06190">
      <w:pPr>
        <w:spacing w:after="0"/>
        <w:ind w:left="850"/>
      </w:pPr>
    </w:p>
    <w:p w14:paraId="5484A57C" w14:textId="77777777" w:rsidR="00E06190" w:rsidRDefault="00E06190" w:rsidP="00E06190">
      <w:pPr>
        <w:spacing w:after="0"/>
        <w:ind w:left="850"/>
      </w:pPr>
    </w:p>
    <w:p w14:paraId="081D5406" w14:textId="77777777" w:rsidR="00E06190" w:rsidRDefault="00E06190" w:rsidP="00E06190">
      <w:pPr>
        <w:spacing w:after="0"/>
        <w:ind w:left="850"/>
      </w:pPr>
    </w:p>
    <w:p w14:paraId="26C33D1A" w14:textId="77777777" w:rsidR="00E06190" w:rsidRDefault="00E06190" w:rsidP="00E06190">
      <w:pPr>
        <w:spacing w:after="0"/>
        <w:ind w:left="850"/>
      </w:pPr>
    </w:p>
    <w:p w14:paraId="7E23C081" w14:textId="77777777" w:rsidR="00E06190" w:rsidRDefault="00E06190" w:rsidP="00E06190">
      <w:pPr>
        <w:spacing w:after="0"/>
        <w:ind w:left="850"/>
      </w:pPr>
    </w:p>
    <w:p w14:paraId="71D937F0" w14:textId="77777777" w:rsidR="00E06190" w:rsidRDefault="00E06190" w:rsidP="00E06190">
      <w:pPr>
        <w:spacing w:after="0"/>
        <w:ind w:left="850"/>
      </w:pPr>
    </w:p>
    <w:p w14:paraId="071641C7" w14:textId="77777777" w:rsidR="00E06190" w:rsidRDefault="00E06190" w:rsidP="00E06190">
      <w:pPr>
        <w:spacing w:after="0"/>
        <w:ind w:left="850"/>
      </w:pPr>
    </w:p>
    <w:p w14:paraId="4501E60F" w14:textId="77777777" w:rsidR="00E06190" w:rsidRDefault="00E06190" w:rsidP="00E06190">
      <w:pPr>
        <w:spacing w:after="0"/>
        <w:ind w:left="850"/>
      </w:pPr>
    </w:p>
    <w:p w14:paraId="5E3940AC" w14:textId="77777777" w:rsidR="00E06190" w:rsidRDefault="00E06190" w:rsidP="00E06190">
      <w:pPr>
        <w:spacing w:after="0"/>
        <w:ind w:left="850"/>
      </w:pPr>
    </w:p>
    <w:p w14:paraId="34D50DA6" w14:textId="77777777" w:rsidR="00E06190" w:rsidRDefault="00E06190" w:rsidP="00E06190">
      <w:pPr>
        <w:spacing w:after="0"/>
        <w:ind w:left="850"/>
      </w:pPr>
    </w:p>
    <w:p w14:paraId="0B9654DB" w14:textId="77777777" w:rsidR="00E06190" w:rsidRDefault="00E06190" w:rsidP="00E06190">
      <w:pPr>
        <w:spacing w:after="0"/>
        <w:ind w:left="850"/>
      </w:pPr>
    </w:p>
    <w:p w14:paraId="7F2D5B3F" w14:textId="77777777" w:rsidR="00E06190" w:rsidRDefault="00E06190" w:rsidP="00E06190">
      <w:pPr>
        <w:spacing w:after="0"/>
        <w:ind w:left="850"/>
      </w:pPr>
    </w:p>
    <w:p w14:paraId="01A3914C" w14:textId="77777777" w:rsidR="00E06190" w:rsidRDefault="00E06190" w:rsidP="00E06190">
      <w:pPr>
        <w:spacing w:after="0"/>
        <w:ind w:left="850"/>
      </w:pPr>
    </w:p>
    <w:p w14:paraId="416F2942" w14:textId="77777777" w:rsidR="00E06190" w:rsidRDefault="00E06190" w:rsidP="00E06190">
      <w:pPr>
        <w:spacing w:after="0"/>
        <w:ind w:left="850"/>
      </w:pPr>
    </w:p>
    <w:p w14:paraId="5CCF292A" w14:textId="77777777" w:rsidR="00E06190" w:rsidRDefault="00E06190" w:rsidP="00E06190">
      <w:pPr>
        <w:spacing w:after="0"/>
        <w:ind w:left="850"/>
      </w:pPr>
    </w:p>
    <w:p w14:paraId="2F8631B8" w14:textId="77777777" w:rsidR="00E06190" w:rsidRDefault="00E06190" w:rsidP="00E06190">
      <w:pPr>
        <w:spacing w:after="0"/>
        <w:ind w:left="850"/>
      </w:pPr>
    </w:p>
    <w:p w14:paraId="6B2577B5" w14:textId="77777777" w:rsidR="00E06190" w:rsidRDefault="00E06190" w:rsidP="00E06190">
      <w:pPr>
        <w:spacing w:after="0"/>
        <w:ind w:left="850"/>
      </w:pPr>
    </w:p>
    <w:p w14:paraId="7F0EC179" w14:textId="77777777" w:rsidR="00E06190" w:rsidRDefault="00E06190" w:rsidP="00E06190">
      <w:pPr>
        <w:spacing w:after="0"/>
        <w:ind w:left="850"/>
      </w:pPr>
    </w:p>
    <w:p w14:paraId="391989E2" w14:textId="77777777" w:rsidR="00E06190" w:rsidRDefault="00E06190" w:rsidP="00E06190">
      <w:pPr>
        <w:spacing w:after="0"/>
        <w:ind w:left="850"/>
      </w:pPr>
    </w:p>
    <w:p w14:paraId="4F4309B5" w14:textId="77777777" w:rsidR="00E06190" w:rsidRDefault="00E06190" w:rsidP="00E06190">
      <w:pPr>
        <w:spacing w:after="0"/>
        <w:ind w:left="850"/>
      </w:pPr>
    </w:p>
    <w:p w14:paraId="5802DD99" w14:textId="77777777" w:rsidR="00E06190" w:rsidRDefault="00E06190" w:rsidP="00E06190">
      <w:pPr>
        <w:spacing w:after="0"/>
        <w:ind w:left="850"/>
      </w:pPr>
    </w:p>
    <w:p w14:paraId="60905698" w14:textId="77777777" w:rsidR="00E06190" w:rsidRDefault="00E06190" w:rsidP="00E06190">
      <w:pPr>
        <w:spacing w:after="0"/>
        <w:ind w:left="850"/>
      </w:pPr>
    </w:p>
    <w:p w14:paraId="2803E3B9" w14:textId="77777777" w:rsidR="00E06190" w:rsidRDefault="00E06190" w:rsidP="00E06190">
      <w:pPr>
        <w:spacing w:after="0"/>
        <w:ind w:left="850"/>
      </w:pPr>
    </w:p>
    <w:p w14:paraId="47605A01" w14:textId="77777777" w:rsidR="00E06190" w:rsidRDefault="00E06190" w:rsidP="00E06190">
      <w:pPr>
        <w:spacing w:after="0"/>
        <w:ind w:left="850"/>
      </w:pPr>
    </w:p>
    <w:p w14:paraId="2FA9E948" w14:textId="77777777" w:rsidR="00E06190" w:rsidRDefault="00E06190" w:rsidP="00E06190">
      <w:pPr>
        <w:spacing w:after="0"/>
        <w:ind w:left="850"/>
      </w:pPr>
    </w:p>
    <w:p w14:paraId="20F101C2" w14:textId="77777777" w:rsidR="00E06190" w:rsidRDefault="00E06190" w:rsidP="00E06190">
      <w:pPr>
        <w:spacing w:after="0"/>
        <w:ind w:left="850"/>
      </w:pPr>
    </w:p>
    <w:p w14:paraId="3B1EE7F0" w14:textId="77777777" w:rsidR="00E06190" w:rsidRDefault="00E06190" w:rsidP="00E06190">
      <w:pPr>
        <w:spacing w:after="0"/>
        <w:ind w:left="850"/>
      </w:pPr>
    </w:p>
    <w:p w14:paraId="4CA46C7C" w14:textId="77777777" w:rsidR="00E06190" w:rsidRDefault="00E06190" w:rsidP="00E06190">
      <w:pPr>
        <w:spacing w:after="0"/>
        <w:ind w:left="850"/>
      </w:pPr>
    </w:p>
    <w:sectPr w:rsidR="00E06190" w:rsidSect="00223B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35" w:right="760" w:bottom="1701" w:left="709" w:header="425" w:footer="5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C9FE2" w14:textId="77777777" w:rsidR="00672A9D" w:rsidRDefault="00672A9D">
      <w:pPr>
        <w:spacing w:after="0" w:line="240" w:lineRule="auto"/>
      </w:pPr>
      <w:r>
        <w:separator/>
      </w:r>
    </w:p>
  </w:endnote>
  <w:endnote w:type="continuationSeparator" w:id="0">
    <w:p w14:paraId="40BC4AA6" w14:textId="77777777" w:rsidR="00672A9D" w:rsidRDefault="00672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1246D" w14:textId="77777777" w:rsidR="00816D7E" w:rsidRDefault="00816D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4049" w14:textId="0C05C71D" w:rsidR="00672A9D" w:rsidRPr="00805B49" w:rsidRDefault="00672A9D">
    <w:pPr>
      <w:pStyle w:val="Piedepgina"/>
      <w:jc w:val="right"/>
      <w:rPr>
        <w:lang w:val="es-ES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3"/>
      <w:gridCol w:w="5106"/>
    </w:tblGrid>
    <w:tr w:rsidR="00805B49" w:rsidRPr="000E404E" w14:paraId="3AC0362D" w14:textId="77777777" w:rsidTr="00005C87">
      <w:tc>
        <w:tcPr>
          <w:tcW w:w="5523" w:type="dxa"/>
          <w:tcMar>
            <w:left w:w="0" w:type="dxa"/>
            <w:right w:w="0" w:type="dxa"/>
          </w:tcMar>
        </w:tcPr>
        <w:p w14:paraId="6E73C109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  <w:proofErr w:type="spellStart"/>
          <w:r w:rsidRPr="00B46719">
            <w:rPr>
              <w:rFonts w:cs="Noto Sans"/>
              <w:sz w:val="14"/>
              <w:szCs w:val="14"/>
              <w:lang w:val="es-ES"/>
            </w:rPr>
            <w:t>Agència</w:t>
          </w:r>
          <w:proofErr w:type="spellEnd"/>
          <w:r w:rsidRPr="00B46719">
            <w:rPr>
              <w:rFonts w:cs="Noto Sans"/>
              <w:sz w:val="14"/>
              <w:szCs w:val="14"/>
              <w:lang w:val="es-ES"/>
            </w:rPr>
            <w:t xml:space="preserve"> </w:t>
          </w:r>
          <w:proofErr w:type="spellStart"/>
          <w:r w:rsidRPr="00B46719">
            <w:rPr>
              <w:rFonts w:cs="Noto Sans"/>
              <w:sz w:val="14"/>
              <w:szCs w:val="14"/>
              <w:lang w:val="es-ES"/>
            </w:rPr>
            <w:t>d'Estratègia</w:t>
          </w:r>
          <w:proofErr w:type="spellEnd"/>
          <w:r w:rsidRPr="00B46719">
            <w:rPr>
              <w:rFonts w:cs="Noto Sans"/>
              <w:sz w:val="14"/>
              <w:szCs w:val="14"/>
              <w:lang w:val="es-ES"/>
            </w:rPr>
            <w:t xml:space="preserve"> Turística de les Illes Balears (AETIB)</w:t>
          </w:r>
        </w:p>
      </w:tc>
      <w:tc>
        <w:tcPr>
          <w:tcW w:w="5106" w:type="dxa"/>
          <w:tcMar>
            <w:left w:w="0" w:type="dxa"/>
            <w:right w:w="0" w:type="dxa"/>
          </w:tcMar>
        </w:tcPr>
        <w:p w14:paraId="69C16157" w14:textId="297424AD" w:rsidR="00805B49" w:rsidRPr="00B46719" w:rsidRDefault="00805B49" w:rsidP="00805B49">
          <w:pPr>
            <w:pStyle w:val="Piedepgina"/>
            <w:jc w:val="right"/>
            <w:rPr>
              <w:rFonts w:cs="Noto Sans"/>
              <w:sz w:val="14"/>
              <w:szCs w:val="14"/>
              <w:lang w:val="es-ES"/>
            </w:rPr>
          </w:pPr>
          <w:r w:rsidRPr="000C6140">
            <w:rPr>
              <w:rFonts w:cs="Noto Sans"/>
              <w:b/>
              <w:bCs/>
              <w:sz w:val="18"/>
              <w:szCs w:val="18"/>
              <w:lang w:val="es-ES_tradnl"/>
            </w:rPr>
            <w:t>www.illessostenibles.travel</w:t>
          </w:r>
        </w:p>
      </w:tc>
    </w:tr>
  </w:tbl>
  <w:p w14:paraId="02615085" w14:textId="36D53577" w:rsidR="00805B49" w:rsidRDefault="00805B49" w:rsidP="00805B49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3"/>
      <w:gridCol w:w="5106"/>
    </w:tblGrid>
    <w:tr w:rsidR="00805B49" w:rsidRPr="00E06190" w14:paraId="35BB7EBF" w14:textId="77777777" w:rsidTr="00005C87">
      <w:tc>
        <w:tcPr>
          <w:tcW w:w="5523" w:type="dxa"/>
          <w:tcMar>
            <w:left w:w="0" w:type="dxa"/>
            <w:right w:w="0" w:type="dxa"/>
          </w:tcMar>
        </w:tcPr>
        <w:p w14:paraId="4FD5FA08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  <w:bookmarkStart w:id="0" w:name="_Hlk242778883"/>
          <w:proofErr w:type="spellStart"/>
          <w:r w:rsidRPr="00B46719">
            <w:rPr>
              <w:rFonts w:cs="Noto Sans"/>
              <w:sz w:val="14"/>
              <w:szCs w:val="14"/>
              <w:lang w:val="es-ES"/>
            </w:rPr>
            <w:t>Agència</w:t>
          </w:r>
          <w:proofErr w:type="spellEnd"/>
          <w:r w:rsidRPr="00B46719">
            <w:rPr>
              <w:rFonts w:cs="Noto Sans"/>
              <w:sz w:val="14"/>
              <w:szCs w:val="14"/>
              <w:lang w:val="es-ES"/>
            </w:rPr>
            <w:t xml:space="preserve"> </w:t>
          </w:r>
          <w:proofErr w:type="spellStart"/>
          <w:r w:rsidRPr="00B46719">
            <w:rPr>
              <w:rFonts w:cs="Noto Sans"/>
              <w:sz w:val="14"/>
              <w:szCs w:val="14"/>
              <w:lang w:val="es-ES"/>
            </w:rPr>
            <w:t>d'Estratègia</w:t>
          </w:r>
          <w:proofErr w:type="spellEnd"/>
          <w:r w:rsidRPr="00B46719">
            <w:rPr>
              <w:rFonts w:cs="Noto Sans"/>
              <w:sz w:val="14"/>
              <w:szCs w:val="14"/>
              <w:lang w:val="es-ES"/>
            </w:rPr>
            <w:t xml:space="preserve"> Turística de les Illes Balears (AETIB)</w:t>
          </w:r>
        </w:p>
      </w:tc>
      <w:tc>
        <w:tcPr>
          <w:tcW w:w="5106" w:type="dxa"/>
          <w:tcMar>
            <w:left w:w="0" w:type="dxa"/>
            <w:right w:w="0" w:type="dxa"/>
          </w:tcMar>
        </w:tcPr>
        <w:p w14:paraId="5EE5ECD5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</w:tr>
    <w:tr w:rsidR="00805B49" w:rsidRPr="00B46719" w14:paraId="141C2B01" w14:textId="77777777" w:rsidTr="00005C87">
      <w:tc>
        <w:tcPr>
          <w:tcW w:w="5523" w:type="dxa"/>
          <w:tcMar>
            <w:left w:w="0" w:type="dxa"/>
            <w:right w:w="0" w:type="dxa"/>
          </w:tcMar>
        </w:tcPr>
        <w:p w14:paraId="74FA3748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  <w:proofErr w:type="spellStart"/>
          <w:r w:rsidRPr="00B46719">
            <w:rPr>
              <w:rFonts w:cs="Noto Sans"/>
              <w:sz w:val="14"/>
              <w:szCs w:val="14"/>
              <w:lang w:val="es-ES"/>
            </w:rPr>
            <w:t>Parc</w:t>
          </w:r>
          <w:proofErr w:type="spellEnd"/>
          <w:r w:rsidRPr="00B46719">
            <w:rPr>
              <w:rFonts w:cs="Noto Sans"/>
              <w:sz w:val="14"/>
              <w:szCs w:val="14"/>
              <w:lang w:val="es-ES"/>
            </w:rPr>
            <w:t xml:space="preserve"> Bit. C/ Rita Levi, 4</w:t>
          </w:r>
        </w:p>
      </w:tc>
      <w:tc>
        <w:tcPr>
          <w:tcW w:w="5106" w:type="dxa"/>
          <w:tcMar>
            <w:left w:w="0" w:type="dxa"/>
            <w:right w:w="0" w:type="dxa"/>
          </w:tcMar>
        </w:tcPr>
        <w:p w14:paraId="3E27B373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</w:tr>
    <w:tr w:rsidR="00805B49" w:rsidRPr="00B46719" w14:paraId="288B619E" w14:textId="77777777" w:rsidTr="00005C87">
      <w:tc>
        <w:tcPr>
          <w:tcW w:w="5523" w:type="dxa"/>
          <w:tcMar>
            <w:left w:w="0" w:type="dxa"/>
            <w:right w:w="0" w:type="dxa"/>
          </w:tcMar>
        </w:tcPr>
        <w:p w14:paraId="17AA923E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  <w:r w:rsidRPr="00B46719">
            <w:rPr>
              <w:rFonts w:cs="Noto Sans"/>
              <w:sz w:val="14"/>
              <w:szCs w:val="14"/>
              <w:lang w:val="es-ES"/>
            </w:rPr>
            <w:t>07121 Palma</w:t>
          </w:r>
        </w:p>
      </w:tc>
      <w:tc>
        <w:tcPr>
          <w:tcW w:w="5106" w:type="dxa"/>
          <w:tcMar>
            <w:left w:w="0" w:type="dxa"/>
            <w:right w:w="0" w:type="dxa"/>
          </w:tcMar>
        </w:tcPr>
        <w:p w14:paraId="05B915F1" w14:textId="77777777" w:rsidR="00805B49" w:rsidRPr="00B46719" w:rsidRDefault="00805B49" w:rsidP="00805B49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</w:tr>
    <w:tr w:rsidR="00805B49" w:rsidRPr="000A5915" w14:paraId="0F785156" w14:textId="77777777" w:rsidTr="00005C87">
      <w:tc>
        <w:tcPr>
          <w:tcW w:w="5523" w:type="dxa"/>
          <w:tcMar>
            <w:left w:w="0" w:type="dxa"/>
            <w:right w:w="0" w:type="dxa"/>
          </w:tcMar>
        </w:tcPr>
        <w:p w14:paraId="062CC48B" w14:textId="77777777" w:rsidR="00805B49" w:rsidRPr="00B46719" w:rsidRDefault="00805B49" w:rsidP="00805B49">
          <w:pPr>
            <w:pStyle w:val="Piedepgina"/>
            <w:tabs>
              <w:tab w:val="right" w:pos="11106"/>
            </w:tabs>
            <w:rPr>
              <w:rFonts w:ascii="Bariol Regular" w:hAnsi="Bariol Regular"/>
              <w:sz w:val="14"/>
              <w:szCs w:val="14"/>
              <w:lang w:val="es-ES"/>
            </w:rPr>
          </w:pPr>
          <w:r w:rsidRPr="00B46719">
            <w:rPr>
              <w:rFonts w:cs="Noto Sans"/>
              <w:sz w:val="14"/>
              <w:szCs w:val="14"/>
              <w:lang w:val="es-ES"/>
            </w:rPr>
            <w:t>Tel. +34 971 176 699</w:t>
          </w:r>
        </w:p>
      </w:tc>
      <w:tc>
        <w:tcPr>
          <w:tcW w:w="5106" w:type="dxa"/>
          <w:tcMar>
            <w:left w:w="0" w:type="dxa"/>
            <w:right w:w="0" w:type="dxa"/>
          </w:tcMar>
        </w:tcPr>
        <w:p w14:paraId="7E7CA950" w14:textId="77777777" w:rsidR="00805B49" w:rsidRPr="000C6140" w:rsidRDefault="00805B49" w:rsidP="00805B49">
          <w:pPr>
            <w:pStyle w:val="Piedepgina"/>
            <w:tabs>
              <w:tab w:val="right" w:pos="11106"/>
            </w:tabs>
            <w:jc w:val="right"/>
            <w:rPr>
              <w:rFonts w:cs="Noto Sans"/>
              <w:sz w:val="18"/>
              <w:szCs w:val="18"/>
              <w:lang w:val="es-ES"/>
            </w:rPr>
          </w:pPr>
          <w:r w:rsidRPr="000C6140">
            <w:rPr>
              <w:rFonts w:cs="Noto Sans"/>
              <w:b/>
              <w:bCs/>
              <w:sz w:val="18"/>
              <w:szCs w:val="18"/>
              <w:lang w:val="es-ES_tradnl"/>
            </w:rPr>
            <w:t>www.illessostenibles.travel</w:t>
          </w:r>
        </w:p>
      </w:tc>
    </w:tr>
    <w:bookmarkEnd w:id="0"/>
  </w:tbl>
  <w:p w14:paraId="15D4F9AE" w14:textId="77777777" w:rsidR="00805B49" w:rsidRPr="00E06190" w:rsidRDefault="00805B49" w:rsidP="00E06190">
    <w:pPr>
      <w:pStyle w:val="Piedepgina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7D7C1" w14:textId="77777777" w:rsidR="00672A9D" w:rsidRDefault="00672A9D">
      <w:pPr>
        <w:spacing w:after="0" w:line="240" w:lineRule="auto"/>
      </w:pPr>
      <w:r>
        <w:separator/>
      </w:r>
    </w:p>
  </w:footnote>
  <w:footnote w:type="continuationSeparator" w:id="0">
    <w:p w14:paraId="51FCAB70" w14:textId="77777777" w:rsidR="00672A9D" w:rsidRDefault="00672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1EC5" w14:textId="77777777" w:rsidR="00816D7E" w:rsidRDefault="00816D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1FE1" w14:textId="790A6C81" w:rsidR="004C65CF" w:rsidRDefault="00816D7E" w:rsidP="00E06190">
    <w:pPr>
      <w:spacing w:after="0"/>
    </w:pPr>
    <w:r>
      <w:rPr>
        <w:noProof/>
      </w:rPr>
      <w:drawing>
        <wp:inline distT="0" distB="0" distL="0" distR="0" wp14:anchorId="1FF1915E" wp14:editId="0AFC598E">
          <wp:extent cx="2905628" cy="720000"/>
          <wp:effectExtent l="0" t="0" r="0" b="4445"/>
          <wp:docPr id="15895523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552323" name="Imagen 15895523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05628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ED27D" w14:textId="5CF1BAD1" w:rsidR="00805B49" w:rsidRDefault="00805B49" w:rsidP="00E06190">
    <w:pPr>
      <w:pStyle w:val="Encabezado"/>
    </w:pPr>
    <w:r>
      <w:rPr>
        <w:noProof/>
      </w:rPr>
      <w:drawing>
        <wp:inline distT="0" distB="0" distL="0" distR="0" wp14:anchorId="4098DA17" wp14:editId="192475BF">
          <wp:extent cx="2906575" cy="720000"/>
          <wp:effectExtent l="0" t="0" r="0" b="4445"/>
          <wp:docPr id="5076796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041563" name="Imagen 3770415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0657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9500454">
    <w:abstractNumId w:val="8"/>
  </w:num>
  <w:num w:numId="2" w16cid:durableId="130221812">
    <w:abstractNumId w:val="6"/>
  </w:num>
  <w:num w:numId="3" w16cid:durableId="581915275">
    <w:abstractNumId w:val="5"/>
  </w:num>
  <w:num w:numId="4" w16cid:durableId="1396666182">
    <w:abstractNumId w:val="4"/>
  </w:num>
  <w:num w:numId="5" w16cid:durableId="975915508">
    <w:abstractNumId w:val="7"/>
  </w:num>
  <w:num w:numId="6" w16cid:durableId="283581405">
    <w:abstractNumId w:val="3"/>
  </w:num>
  <w:num w:numId="7" w16cid:durableId="1108424655">
    <w:abstractNumId w:val="2"/>
  </w:num>
  <w:num w:numId="8" w16cid:durableId="1183325473">
    <w:abstractNumId w:val="1"/>
  </w:num>
  <w:num w:numId="9" w16cid:durableId="138668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15C"/>
    <w:rsid w:val="0006063C"/>
    <w:rsid w:val="0015074B"/>
    <w:rsid w:val="001830EA"/>
    <w:rsid w:val="00214D56"/>
    <w:rsid w:val="00223B7C"/>
    <w:rsid w:val="0029639D"/>
    <w:rsid w:val="00326F90"/>
    <w:rsid w:val="0037303D"/>
    <w:rsid w:val="004C65CF"/>
    <w:rsid w:val="00672A9D"/>
    <w:rsid w:val="006B40E9"/>
    <w:rsid w:val="00795DA0"/>
    <w:rsid w:val="00805B49"/>
    <w:rsid w:val="00816D7E"/>
    <w:rsid w:val="00916246"/>
    <w:rsid w:val="009C58F3"/>
    <w:rsid w:val="00AA1D8D"/>
    <w:rsid w:val="00B41517"/>
    <w:rsid w:val="00B47730"/>
    <w:rsid w:val="00C84038"/>
    <w:rsid w:val="00CB0664"/>
    <w:rsid w:val="00E061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EC2F725"/>
  <w14:defaultImageDpi w14:val="300"/>
  <w15:docId w15:val="{548C3B80-1CE8-4956-A921-45FDF25D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oto Sans" w:hAnsi="Noto San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805B4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5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6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Loreto TP</cp:lastModifiedBy>
  <cp:revision>6</cp:revision>
  <cp:lastPrinted>2026-10-13T08:05:00Z</cp:lastPrinted>
  <dcterms:created xsi:type="dcterms:W3CDTF">2026-10-08T11:49:00Z</dcterms:created>
  <dcterms:modified xsi:type="dcterms:W3CDTF">2026-10-13T08:16:00Z</dcterms:modified>
  <cp:category/>
</cp:coreProperties>
</file>