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F48EE" w14:textId="77777777" w:rsidR="006B40E9" w:rsidRDefault="006B40E9" w:rsidP="006D22F3">
      <w:pPr>
        <w:spacing w:after="0"/>
        <w:ind w:left="850"/>
      </w:pPr>
    </w:p>
    <w:p w14:paraId="58FCC7FF" w14:textId="77777777" w:rsidR="006D22F3" w:rsidRDefault="006D22F3" w:rsidP="006D22F3">
      <w:pPr>
        <w:spacing w:after="0"/>
        <w:ind w:left="850"/>
      </w:pPr>
    </w:p>
    <w:p w14:paraId="0B3ABD49" w14:textId="77777777" w:rsidR="006D22F3" w:rsidRDefault="006D22F3" w:rsidP="006D22F3">
      <w:pPr>
        <w:spacing w:after="0"/>
        <w:ind w:left="850"/>
      </w:pPr>
    </w:p>
    <w:p w14:paraId="24CB3985" w14:textId="77777777" w:rsidR="006D22F3" w:rsidRDefault="006D22F3" w:rsidP="006D22F3">
      <w:pPr>
        <w:spacing w:after="0"/>
        <w:ind w:left="850"/>
      </w:pPr>
    </w:p>
    <w:p w14:paraId="26C9A46D" w14:textId="77777777" w:rsidR="006D22F3" w:rsidRDefault="006D22F3" w:rsidP="006D22F3">
      <w:pPr>
        <w:spacing w:after="0"/>
        <w:ind w:left="850"/>
      </w:pPr>
    </w:p>
    <w:p w14:paraId="735A67EF" w14:textId="77777777" w:rsidR="006D22F3" w:rsidRDefault="006D22F3" w:rsidP="006D22F3">
      <w:pPr>
        <w:spacing w:after="0"/>
        <w:ind w:left="850"/>
      </w:pPr>
    </w:p>
    <w:p w14:paraId="5FED574B" w14:textId="77777777" w:rsidR="006D22F3" w:rsidRDefault="006D22F3" w:rsidP="006D22F3">
      <w:pPr>
        <w:spacing w:after="0"/>
        <w:ind w:left="850"/>
      </w:pPr>
    </w:p>
    <w:p w14:paraId="7CFF22EF" w14:textId="77777777" w:rsidR="006D22F3" w:rsidRDefault="006D22F3" w:rsidP="006D22F3">
      <w:pPr>
        <w:spacing w:after="0"/>
        <w:ind w:left="850"/>
      </w:pPr>
    </w:p>
    <w:p w14:paraId="163EDFB1" w14:textId="77777777" w:rsidR="006D22F3" w:rsidRDefault="006D22F3" w:rsidP="006D22F3">
      <w:pPr>
        <w:spacing w:after="0"/>
        <w:ind w:left="850"/>
      </w:pPr>
    </w:p>
    <w:p w14:paraId="12279EB2" w14:textId="77777777" w:rsidR="006D22F3" w:rsidRDefault="006D22F3" w:rsidP="006D22F3">
      <w:pPr>
        <w:spacing w:after="0"/>
        <w:ind w:left="850"/>
      </w:pPr>
    </w:p>
    <w:p w14:paraId="33BA40BE" w14:textId="77777777" w:rsidR="006D22F3" w:rsidRDefault="006D22F3" w:rsidP="006D22F3">
      <w:pPr>
        <w:spacing w:after="0"/>
        <w:ind w:left="850"/>
      </w:pPr>
    </w:p>
    <w:p w14:paraId="77E1F096" w14:textId="77777777" w:rsidR="006D22F3" w:rsidRDefault="006D22F3" w:rsidP="006D22F3">
      <w:pPr>
        <w:spacing w:after="0"/>
        <w:ind w:left="850"/>
      </w:pPr>
    </w:p>
    <w:p w14:paraId="3882EE95" w14:textId="77777777" w:rsidR="006D22F3" w:rsidRDefault="006D22F3" w:rsidP="006D22F3">
      <w:pPr>
        <w:spacing w:after="0"/>
        <w:ind w:left="850"/>
      </w:pPr>
    </w:p>
    <w:p w14:paraId="4A834EC2" w14:textId="77777777" w:rsidR="006D22F3" w:rsidRDefault="006D22F3" w:rsidP="006D22F3">
      <w:pPr>
        <w:spacing w:after="0"/>
        <w:ind w:left="850"/>
      </w:pPr>
    </w:p>
    <w:p w14:paraId="5412E5BB" w14:textId="77777777" w:rsidR="006D22F3" w:rsidRDefault="006D22F3" w:rsidP="006D22F3">
      <w:pPr>
        <w:spacing w:after="0"/>
        <w:ind w:left="850"/>
      </w:pPr>
    </w:p>
    <w:p w14:paraId="59CAFBB2" w14:textId="77777777" w:rsidR="006D22F3" w:rsidRDefault="006D22F3" w:rsidP="006D22F3">
      <w:pPr>
        <w:spacing w:after="0"/>
        <w:ind w:left="850"/>
      </w:pPr>
    </w:p>
    <w:p w14:paraId="7B12F93C" w14:textId="77777777" w:rsidR="006D22F3" w:rsidRDefault="006D22F3" w:rsidP="006D22F3">
      <w:pPr>
        <w:spacing w:after="0"/>
        <w:ind w:left="850"/>
      </w:pPr>
    </w:p>
    <w:p w14:paraId="1DC6B7CA" w14:textId="77777777" w:rsidR="006D22F3" w:rsidRDefault="006D22F3" w:rsidP="006D22F3">
      <w:pPr>
        <w:spacing w:after="0"/>
        <w:ind w:left="850"/>
      </w:pPr>
    </w:p>
    <w:p w14:paraId="7972B3D3" w14:textId="77777777" w:rsidR="006D22F3" w:rsidRDefault="006D22F3" w:rsidP="006D22F3">
      <w:pPr>
        <w:spacing w:after="0"/>
        <w:ind w:left="850"/>
      </w:pPr>
    </w:p>
    <w:p w14:paraId="2E2F69C6" w14:textId="77777777" w:rsidR="006D22F3" w:rsidRDefault="006D22F3" w:rsidP="006D22F3">
      <w:pPr>
        <w:spacing w:after="0"/>
        <w:ind w:left="850"/>
      </w:pPr>
    </w:p>
    <w:p w14:paraId="641BF91B" w14:textId="77777777" w:rsidR="006D22F3" w:rsidRDefault="006D22F3" w:rsidP="006D22F3">
      <w:pPr>
        <w:spacing w:after="0"/>
        <w:ind w:left="850"/>
      </w:pPr>
    </w:p>
    <w:p w14:paraId="7F25A985" w14:textId="77777777" w:rsidR="006D22F3" w:rsidRDefault="006D22F3" w:rsidP="006D22F3">
      <w:pPr>
        <w:spacing w:after="0"/>
        <w:ind w:left="850"/>
      </w:pPr>
    </w:p>
    <w:p w14:paraId="0F804C92" w14:textId="77777777" w:rsidR="006D22F3" w:rsidRDefault="006D22F3" w:rsidP="006D22F3">
      <w:pPr>
        <w:spacing w:after="0"/>
        <w:ind w:left="850"/>
      </w:pPr>
    </w:p>
    <w:p w14:paraId="325A544A" w14:textId="77777777" w:rsidR="006D22F3" w:rsidRDefault="006D22F3" w:rsidP="006D22F3">
      <w:pPr>
        <w:spacing w:after="0"/>
        <w:ind w:left="850"/>
      </w:pPr>
    </w:p>
    <w:p w14:paraId="612EFFA2" w14:textId="77777777" w:rsidR="006D22F3" w:rsidRDefault="006D22F3" w:rsidP="006D22F3">
      <w:pPr>
        <w:spacing w:after="0"/>
        <w:ind w:left="850"/>
      </w:pPr>
    </w:p>
    <w:p w14:paraId="3E58EEC5" w14:textId="77777777" w:rsidR="006D22F3" w:rsidRDefault="006D22F3" w:rsidP="006D22F3">
      <w:pPr>
        <w:spacing w:after="0"/>
        <w:ind w:left="850"/>
      </w:pPr>
    </w:p>
    <w:p w14:paraId="7285588B" w14:textId="77777777" w:rsidR="006D22F3" w:rsidRDefault="006D22F3" w:rsidP="006D22F3">
      <w:pPr>
        <w:spacing w:after="0"/>
        <w:ind w:left="850"/>
      </w:pPr>
    </w:p>
    <w:p w14:paraId="7F4C0F84" w14:textId="77777777" w:rsidR="006D22F3" w:rsidRDefault="006D22F3" w:rsidP="006D22F3">
      <w:pPr>
        <w:spacing w:after="0"/>
        <w:ind w:left="850"/>
      </w:pPr>
    </w:p>
    <w:p w14:paraId="1B1AD16A" w14:textId="77777777" w:rsidR="006D22F3" w:rsidRDefault="006D22F3" w:rsidP="006D22F3">
      <w:pPr>
        <w:spacing w:after="0"/>
        <w:ind w:left="850"/>
      </w:pPr>
    </w:p>
    <w:p w14:paraId="3683A9EB" w14:textId="77777777" w:rsidR="006D22F3" w:rsidRDefault="006D22F3" w:rsidP="006D22F3">
      <w:pPr>
        <w:spacing w:after="0"/>
        <w:ind w:left="850"/>
      </w:pPr>
    </w:p>
    <w:p w14:paraId="33D462B5" w14:textId="77777777" w:rsidR="006D22F3" w:rsidRDefault="006D22F3" w:rsidP="006D22F3">
      <w:pPr>
        <w:spacing w:after="0"/>
        <w:ind w:left="850"/>
      </w:pPr>
    </w:p>
    <w:p w14:paraId="02610F6A" w14:textId="77777777" w:rsidR="006D22F3" w:rsidRDefault="006D22F3" w:rsidP="006D22F3">
      <w:pPr>
        <w:spacing w:after="0"/>
        <w:ind w:left="850"/>
      </w:pPr>
    </w:p>
    <w:p w14:paraId="694E04FA" w14:textId="77777777" w:rsidR="006D22F3" w:rsidRDefault="006D22F3" w:rsidP="006D22F3">
      <w:pPr>
        <w:spacing w:after="0"/>
        <w:ind w:left="850"/>
      </w:pPr>
    </w:p>
    <w:p w14:paraId="3D72F4A7" w14:textId="77777777" w:rsidR="006D22F3" w:rsidRDefault="006D22F3" w:rsidP="006D22F3">
      <w:pPr>
        <w:spacing w:after="0"/>
        <w:ind w:left="850"/>
      </w:pPr>
    </w:p>
    <w:p w14:paraId="4179B609" w14:textId="77777777" w:rsidR="006D22F3" w:rsidRDefault="006D22F3" w:rsidP="006D22F3">
      <w:pPr>
        <w:spacing w:after="0"/>
        <w:ind w:left="850"/>
      </w:pPr>
    </w:p>
    <w:p w14:paraId="188B72EA" w14:textId="77777777" w:rsidR="006D22F3" w:rsidRDefault="006D22F3" w:rsidP="006D22F3">
      <w:pPr>
        <w:spacing w:after="0"/>
        <w:ind w:left="850"/>
      </w:pPr>
    </w:p>
    <w:p w14:paraId="5D4E6DA5" w14:textId="77777777" w:rsidR="006D22F3" w:rsidRDefault="006D22F3" w:rsidP="006D22F3">
      <w:pPr>
        <w:spacing w:after="0"/>
        <w:ind w:left="850"/>
      </w:pPr>
    </w:p>
    <w:p w14:paraId="450B9354" w14:textId="77777777" w:rsidR="006D22F3" w:rsidRDefault="006D22F3" w:rsidP="006D22F3">
      <w:pPr>
        <w:spacing w:after="0"/>
        <w:ind w:left="850"/>
      </w:pPr>
    </w:p>
    <w:sectPr w:rsidR="006D22F3" w:rsidSect="006D22F3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2835" w:right="1418" w:bottom="1134" w:left="851" w:header="425" w:footer="50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C9FE2" w14:textId="77777777" w:rsidR="00C84038" w:rsidRDefault="00C84038">
      <w:pPr>
        <w:spacing w:after="0" w:line="240" w:lineRule="auto"/>
      </w:pPr>
      <w:r>
        <w:separator/>
      </w:r>
    </w:p>
  </w:endnote>
  <w:endnote w:type="continuationSeparator" w:id="0">
    <w:p w14:paraId="40BC4AA6" w14:textId="77777777" w:rsidR="00C84038" w:rsidRDefault="00C84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">
    <w:altName w:val="Calibri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0"/>
      <w:gridCol w:w="4871"/>
    </w:tblGrid>
    <w:tr w:rsidR="006D22F3" w:rsidRPr="000E404E" w14:paraId="6EC3B8C3" w14:textId="77777777" w:rsidTr="006D22F3">
      <w:tc>
        <w:tcPr>
          <w:tcW w:w="5100" w:type="dxa"/>
          <w:tcMar>
            <w:left w:w="0" w:type="dxa"/>
            <w:right w:w="0" w:type="dxa"/>
          </w:tcMar>
        </w:tcPr>
        <w:p w14:paraId="2C2A70CA" w14:textId="69C1362E" w:rsidR="006D22F3" w:rsidRPr="00B46719" w:rsidRDefault="006D22F3" w:rsidP="006D22F3">
          <w:pPr>
            <w:pStyle w:val="Piedepgina"/>
            <w:rPr>
              <w:rFonts w:cs="Noto Sans"/>
              <w:sz w:val="14"/>
              <w:szCs w:val="14"/>
              <w:lang w:val="es-ES"/>
            </w:rPr>
          </w:pPr>
        </w:p>
      </w:tc>
      <w:tc>
        <w:tcPr>
          <w:tcW w:w="4871" w:type="dxa"/>
          <w:tcMar>
            <w:left w:w="0" w:type="dxa"/>
            <w:right w:w="0" w:type="dxa"/>
          </w:tcMar>
        </w:tcPr>
        <w:p w14:paraId="7335B73E" w14:textId="77777777" w:rsidR="006D22F3" w:rsidRPr="00B46719" w:rsidRDefault="006D22F3" w:rsidP="006D22F3">
          <w:pPr>
            <w:pStyle w:val="Piedepgina"/>
            <w:jc w:val="right"/>
            <w:rPr>
              <w:rFonts w:cs="Noto Sans"/>
              <w:sz w:val="14"/>
              <w:szCs w:val="14"/>
              <w:lang w:val="es-ES"/>
            </w:rPr>
          </w:pPr>
          <w:r w:rsidRPr="000C6140">
            <w:rPr>
              <w:rFonts w:cs="Noto Sans"/>
              <w:b/>
              <w:bCs/>
              <w:sz w:val="18"/>
              <w:szCs w:val="18"/>
              <w:lang w:val="es-ES_tradnl"/>
            </w:rPr>
            <w:t>www.illessostenibles.travel</w:t>
          </w:r>
        </w:p>
      </w:tc>
    </w:tr>
  </w:tbl>
  <w:p w14:paraId="78BB4EA4" w14:textId="77777777" w:rsidR="006D22F3" w:rsidRDefault="006D22F3" w:rsidP="006D22F3">
    <w:pPr>
      <w:pStyle w:val="Piedep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78"/>
      <w:gridCol w:w="4893"/>
    </w:tblGrid>
    <w:tr w:rsidR="006D22F3" w:rsidRPr="00E06190" w14:paraId="6CCB2431" w14:textId="77777777" w:rsidTr="00FF5A09">
      <w:tc>
        <w:tcPr>
          <w:tcW w:w="5523" w:type="dxa"/>
          <w:tcMar>
            <w:left w:w="0" w:type="dxa"/>
            <w:right w:w="0" w:type="dxa"/>
          </w:tcMar>
        </w:tcPr>
        <w:p w14:paraId="7A547380" w14:textId="1C1F37A1" w:rsidR="006D22F3" w:rsidRPr="00B46719" w:rsidRDefault="006D22F3" w:rsidP="006D22F3">
          <w:pPr>
            <w:pStyle w:val="Piedepgina"/>
            <w:rPr>
              <w:rFonts w:cs="Noto Sans"/>
              <w:sz w:val="14"/>
              <w:szCs w:val="14"/>
              <w:lang w:val="es-ES"/>
            </w:rPr>
          </w:pPr>
        </w:p>
      </w:tc>
      <w:tc>
        <w:tcPr>
          <w:tcW w:w="5106" w:type="dxa"/>
          <w:tcMar>
            <w:left w:w="0" w:type="dxa"/>
            <w:right w:w="0" w:type="dxa"/>
          </w:tcMar>
        </w:tcPr>
        <w:p w14:paraId="14DFE7C5" w14:textId="77777777" w:rsidR="006D22F3" w:rsidRPr="00B46719" w:rsidRDefault="006D22F3" w:rsidP="006D22F3">
          <w:pPr>
            <w:pStyle w:val="Piedepgina"/>
            <w:rPr>
              <w:rFonts w:cs="Noto Sans"/>
              <w:sz w:val="14"/>
              <w:szCs w:val="14"/>
              <w:lang w:val="es-ES"/>
            </w:rPr>
          </w:pPr>
        </w:p>
      </w:tc>
    </w:tr>
    <w:tr w:rsidR="006D22F3" w:rsidRPr="00B46719" w14:paraId="69F72838" w14:textId="77777777" w:rsidTr="00FF5A09">
      <w:tc>
        <w:tcPr>
          <w:tcW w:w="5523" w:type="dxa"/>
          <w:tcMar>
            <w:left w:w="0" w:type="dxa"/>
            <w:right w:w="0" w:type="dxa"/>
          </w:tcMar>
        </w:tcPr>
        <w:p w14:paraId="48384B69" w14:textId="74A5E776" w:rsidR="006D22F3" w:rsidRPr="00B46719" w:rsidRDefault="006D22F3" w:rsidP="006D22F3">
          <w:pPr>
            <w:pStyle w:val="Piedepgina"/>
            <w:rPr>
              <w:rFonts w:cs="Noto Sans"/>
              <w:sz w:val="14"/>
              <w:szCs w:val="14"/>
              <w:lang w:val="es-ES"/>
            </w:rPr>
          </w:pPr>
        </w:p>
      </w:tc>
      <w:tc>
        <w:tcPr>
          <w:tcW w:w="5106" w:type="dxa"/>
          <w:tcMar>
            <w:left w:w="0" w:type="dxa"/>
            <w:right w:w="0" w:type="dxa"/>
          </w:tcMar>
        </w:tcPr>
        <w:p w14:paraId="32B1CC4B" w14:textId="77777777" w:rsidR="006D22F3" w:rsidRPr="00B46719" w:rsidRDefault="006D22F3" w:rsidP="006D22F3">
          <w:pPr>
            <w:pStyle w:val="Piedepgina"/>
            <w:rPr>
              <w:rFonts w:cs="Noto Sans"/>
              <w:sz w:val="14"/>
              <w:szCs w:val="14"/>
              <w:lang w:val="es-ES"/>
            </w:rPr>
          </w:pPr>
        </w:p>
      </w:tc>
    </w:tr>
    <w:tr w:rsidR="006D22F3" w:rsidRPr="00B46719" w14:paraId="4CD2FDA1" w14:textId="77777777" w:rsidTr="00FF5A09">
      <w:tc>
        <w:tcPr>
          <w:tcW w:w="5523" w:type="dxa"/>
          <w:tcMar>
            <w:left w:w="0" w:type="dxa"/>
            <w:right w:w="0" w:type="dxa"/>
          </w:tcMar>
        </w:tcPr>
        <w:p w14:paraId="49CED76A" w14:textId="1BADA11E" w:rsidR="006D22F3" w:rsidRPr="00B46719" w:rsidRDefault="006D22F3" w:rsidP="006D22F3">
          <w:pPr>
            <w:pStyle w:val="Piedepgina"/>
            <w:rPr>
              <w:rFonts w:cs="Noto Sans"/>
              <w:sz w:val="14"/>
              <w:szCs w:val="14"/>
              <w:lang w:val="es-ES"/>
            </w:rPr>
          </w:pPr>
        </w:p>
      </w:tc>
      <w:tc>
        <w:tcPr>
          <w:tcW w:w="5106" w:type="dxa"/>
          <w:tcMar>
            <w:left w:w="0" w:type="dxa"/>
            <w:right w:w="0" w:type="dxa"/>
          </w:tcMar>
        </w:tcPr>
        <w:p w14:paraId="1F2AED01" w14:textId="77777777" w:rsidR="006D22F3" w:rsidRPr="00B46719" w:rsidRDefault="006D22F3" w:rsidP="006D22F3">
          <w:pPr>
            <w:pStyle w:val="Piedepgina"/>
            <w:rPr>
              <w:rFonts w:cs="Noto Sans"/>
              <w:sz w:val="14"/>
              <w:szCs w:val="14"/>
              <w:lang w:val="es-ES"/>
            </w:rPr>
          </w:pPr>
        </w:p>
      </w:tc>
    </w:tr>
    <w:tr w:rsidR="006D22F3" w:rsidRPr="000A5915" w14:paraId="3A260F00" w14:textId="77777777" w:rsidTr="00FF5A09">
      <w:tc>
        <w:tcPr>
          <w:tcW w:w="5523" w:type="dxa"/>
          <w:tcMar>
            <w:left w:w="0" w:type="dxa"/>
            <w:right w:w="0" w:type="dxa"/>
          </w:tcMar>
        </w:tcPr>
        <w:p w14:paraId="5558E127" w14:textId="6F0AAA20" w:rsidR="006D22F3" w:rsidRPr="00B46719" w:rsidRDefault="006D22F3" w:rsidP="006D22F3">
          <w:pPr>
            <w:pStyle w:val="Piedepgina"/>
            <w:tabs>
              <w:tab w:val="right" w:pos="11106"/>
            </w:tabs>
            <w:rPr>
              <w:rFonts w:ascii="Bariol Regular" w:hAnsi="Bariol Regular"/>
              <w:sz w:val="14"/>
              <w:szCs w:val="14"/>
              <w:lang w:val="es-ES"/>
            </w:rPr>
          </w:pPr>
        </w:p>
      </w:tc>
      <w:tc>
        <w:tcPr>
          <w:tcW w:w="5106" w:type="dxa"/>
          <w:tcMar>
            <w:left w:w="0" w:type="dxa"/>
            <w:right w:w="0" w:type="dxa"/>
          </w:tcMar>
        </w:tcPr>
        <w:p w14:paraId="4DC282F0" w14:textId="77777777" w:rsidR="006D22F3" w:rsidRPr="000C6140" w:rsidRDefault="006D22F3" w:rsidP="006D22F3">
          <w:pPr>
            <w:pStyle w:val="Piedepgina"/>
            <w:tabs>
              <w:tab w:val="right" w:pos="11106"/>
            </w:tabs>
            <w:jc w:val="right"/>
            <w:rPr>
              <w:rFonts w:cs="Noto Sans"/>
              <w:sz w:val="18"/>
              <w:szCs w:val="18"/>
              <w:lang w:val="es-ES"/>
            </w:rPr>
          </w:pPr>
          <w:r w:rsidRPr="000C6140">
            <w:rPr>
              <w:rFonts w:cs="Noto Sans"/>
              <w:b/>
              <w:bCs/>
              <w:sz w:val="18"/>
              <w:szCs w:val="18"/>
              <w:lang w:val="es-ES_tradnl"/>
            </w:rPr>
            <w:t>www.illessostenibles.travel</w:t>
          </w:r>
        </w:p>
      </w:tc>
    </w:tr>
  </w:tbl>
  <w:p w14:paraId="17FA59D1" w14:textId="77777777" w:rsidR="006D22F3" w:rsidRPr="006D22F3" w:rsidRDefault="006D22F3" w:rsidP="006D22F3">
    <w:pPr>
      <w:pStyle w:val="Piedepgina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7D7C1" w14:textId="77777777" w:rsidR="00C84038" w:rsidRDefault="00C84038">
      <w:pPr>
        <w:spacing w:after="0" w:line="240" w:lineRule="auto"/>
      </w:pPr>
      <w:r>
        <w:separator/>
      </w:r>
    </w:p>
  </w:footnote>
  <w:footnote w:type="continuationSeparator" w:id="0">
    <w:p w14:paraId="51FCAB70" w14:textId="77777777" w:rsidR="00C84038" w:rsidRDefault="00C840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11FE1" w14:textId="1C407AB1" w:rsidR="004C65CF" w:rsidRDefault="006D22F3" w:rsidP="006D22F3">
    <w:pPr>
      <w:pStyle w:val="Encabezado"/>
    </w:pPr>
    <w:r>
      <w:rPr>
        <w:noProof/>
      </w:rPr>
      <w:drawing>
        <wp:inline distT="0" distB="0" distL="0" distR="0" wp14:anchorId="70AFAC25" wp14:editId="508E4955">
          <wp:extent cx="2345766" cy="720000"/>
          <wp:effectExtent l="0" t="0" r="0" b="4445"/>
          <wp:docPr id="604446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444664" name="Imagen 6044466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45766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A2D16" w14:textId="0C69A916" w:rsidR="006D22F3" w:rsidRDefault="006D22F3">
    <w:pPr>
      <w:pStyle w:val="Encabezado"/>
    </w:pPr>
    <w:r>
      <w:rPr>
        <w:noProof/>
      </w:rPr>
      <w:drawing>
        <wp:inline distT="0" distB="0" distL="0" distR="0" wp14:anchorId="4C8855A2" wp14:editId="2549FAE0">
          <wp:extent cx="2345765" cy="720000"/>
          <wp:effectExtent l="0" t="0" r="0" b="4445"/>
          <wp:docPr id="4275684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BS_IBS_CO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45765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9500454">
    <w:abstractNumId w:val="8"/>
  </w:num>
  <w:num w:numId="2" w16cid:durableId="130221812">
    <w:abstractNumId w:val="6"/>
  </w:num>
  <w:num w:numId="3" w16cid:durableId="581915275">
    <w:abstractNumId w:val="5"/>
  </w:num>
  <w:num w:numId="4" w16cid:durableId="1396666182">
    <w:abstractNumId w:val="4"/>
  </w:num>
  <w:num w:numId="5" w16cid:durableId="975915508">
    <w:abstractNumId w:val="7"/>
  </w:num>
  <w:num w:numId="6" w16cid:durableId="283581405">
    <w:abstractNumId w:val="3"/>
  </w:num>
  <w:num w:numId="7" w16cid:durableId="1108424655">
    <w:abstractNumId w:val="2"/>
  </w:num>
  <w:num w:numId="8" w16cid:durableId="1183325473">
    <w:abstractNumId w:val="1"/>
  </w:num>
  <w:num w:numId="9" w16cid:durableId="1386685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30EA"/>
    <w:rsid w:val="0029639D"/>
    <w:rsid w:val="00326F90"/>
    <w:rsid w:val="0037303D"/>
    <w:rsid w:val="003C2E57"/>
    <w:rsid w:val="004C65CF"/>
    <w:rsid w:val="006B40E9"/>
    <w:rsid w:val="006D22F3"/>
    <w:rsid w:val="00802902"/>
    <w:rsid w:val="00AA1D8D"/>
    <w:rsid w:val="00B47730"/>
    <w:rsid w:val="00C8403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EC2F725"/>
  <w14:defaultImageDpi w14:val="300"/>
  <w15:docId w15:val="{548C3B80-1CE8-4956-A921-45FDF25DB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Noto Sans" w:hAnsi="Noto San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Loreto TP</cp:lastModifiedBy>
  <cp:revision>3</cp:revision>
  <cp:lastPrinted>2026-10-13T08:15:00Z</cp:lastPrinted>
  <dcterms:created xsi:type="dcterms:W3CDTF">2026-10-08T11:49:00Z</dcterms:created>
  <dcterms:modified xsi:type="dcterms:W3CDTF">2026-10-13T08:16:00Z</dcterms:modified>
  <cp:category/>
</cp:coreProperties>
</file>